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 IRimpex | گروه عمومی صادرات و واردات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 IRimpex | گروه عمومی صادرات و واردات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91*73129**</w:t>
            </w:r>
          </w:p>
        </w:tc>
        <w:tc>
          <w:tcPr>
            <w:tcW w:type="dxa" w:w="1728"/>
          </w:tcPr>
          <w:p>
            <w:r>
              <w:t>iman.kiani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imankiani79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9127*443**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91*4*1*924</w:t>
            </w:r>
          </w:p>
        </w:tc>
        <w:tc>
          <w:tcPr>
            <w:tcW w:type="dxa" w:w="1728"/>
          </w:tcPr>
          <w:p>
            <w:r>
              <w:t>*bakhti AR*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Bakhtiar2435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930*1*1144</w:t>
            </w:r>
          </w:p>
        </w:tc>
        <w:tc>
          <w:tcPr>
            <w:tcW w:type="dxa" w:w="1728"/>
          </w:tcPr>
          <w:p>
            <w:r>
              <w:t>EANGROUP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EANGROUP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93*3*99***</w:t>
            </w:r>
          </w:p>
        </w:tc>
        <w:tc>
          <w:tcPr>
            <w:tcW w:type="dxa" w:w="1728"/>
          </w:tcPr>
          <w:p>
            <w:r>
              <w:t>˙·٠•●♥ ̵̨̄سلطان غم مادر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9133*4*772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Babaei</w:t>
            </w:r>
          </w:p>
        </w:tc>
        <w:tc>
          <w:tcPr>
            <w:tcW w:type="dxa" w:w="1728"/>
          </w:tcPr>
          <w:p>
            <w:r>
              <w:t>hb079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90272*27*4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hs_n03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93347130**</w:t>
            </w:r>
          </w:p>
        </w:tc>
        <w:tc>
          <w:tcPr>
            <w:tcW w:type="dxa" w:w="1728"/>
          </w:tcPr>
          <w:p>
            <w:r>
              <w:t>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R_g111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9144714034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>
              <w:t>اهنگری</w:t>
            </w:r>
          </w:p>
        </w:tc>
        <w:tc>
          <w:tcPr>
            <w:tcW w:type="dxa" w:w="1728"/>
          </w:tcPr>
          <w:p>
            <w:r>
              <w:t>ahangari_morteza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92214*3393</w:t>
            </w:r>
          </w:p>
        </w:tc>
        <w:tc>
          <w:tcPr>
            <w:tcW w:type="dxa" w:w="1728"/>
          </w:tcPr>
          <w:p>
            <w:r>
              <w:t>محمد واقف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araz_sasii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917****141</w:t>
            </w:r>
          </w:p>
        </w:tc>
        <w:tc>
          <w:tcPr>
            <w:tcW w:type="dxa" w:w="1728"/>
          </w:tcPr>
          <w:p>
            <w:r>
              <w:t>رامین</w:t>
            </w:r>
          </w:p>
        </w:tc>
        <w:tc>
          <w:tcPr>
            <w:tcW w:type="dxa" w:w="1728"/>
          </w:tcPr>
          <w:p>
            <w:r>
              <w:t>رستگار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904*720*77</w:t>
            </w:r>
          </w:p>
        </w:tc>
        <w:tc>
          <w:tcPr>
            <w:tcW w:type="dxa" w:w="1728"/>
          </w:tcPr>
          <w:p>
            <w:r>
              <w:t>mahziyar</w:t>
            </w:r>
          </w:p>
        </w:tc>
        <w:tc>
          <w:tcPr>
            <w:tcW w:type="dxa" w:w="1728"/>
          </w:tcPr>
          <w:p>
            <w:r>
              <w:t>jalali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9029143*3*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Ali_rah000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9141*94201</w:t>
            </w:r>
          </w:p>
        </w:tc>
        <w:tc>
          <w:tcPr>
            <w:tcW w:type="dxa" w:w="1728"/>
          </w:tcPr>
          <w:p>
            <w:r>
              <w:t>عوض</w:t>
            </w:r>
          </w:p>
        </w:tc>
        <w:tc>
          <w:tcPr>
            <w:tcW w:type="dxa" w:w="1728"/>
          </w:tcPr>
          <w:p>
            <w:r>
              <w:t>فرهودیزاده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91***090*0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>
              <w:t>Taghizadeh</w:t>
            </w:r>
          </w:p>
        </w:tc>
        <w:tc>
          <w:tcPr>
            <w:tcW w:type="dxa" w:w="1728"/>
          </w:tcPr>
          <w:p>
            <w:r>
              <w:t>Ashkan_Taghizadeh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9171270224</w:t>
            </w:r>
          </w:p>
        </w:tc>
        <w:tc>
          <w:tcPr>
            <w:tcW w:type="dxa" w:w="1728"/>
          </w:tcPr>
          <w:p>
            <w:r>
              <w:t>پخش عمده لوازم التحریر و اسباب بازی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takderakhtshop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933**7**4*</w:t>
            </w:r>
          </w:p>
        </w:tc>
        <w:tc>
          <w:tcPr>
            <w:tcW w:type="dxa" w:w="1728"/>
          </w:tcPr>
          <w:p>
            <w:r>
              <w:t>دردیست در❤️که دوایش نگاه توست،یا صاحب الزمان❤️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990972*122</w:t>
            </w:r>
          </w:p>
        </w:tc>
        <w:tc>
          <w:tcPr>
            <w:tcW w:type="dxa" w:w="1728"/>
          </w:tcPr>
          <w:p>
            <w:r>
              <w:t>Anahita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9191711309</w:t>
            </w:r>
          </w:p>
        </w:tc>
        <w:tc>
          <w:tcPr>
            <w:tcW w:type="dxa" w:w="1728"/>
          </w:tcPr>
          <w:p>
            <w:r>
              <w:t>Saeed safari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Saeed13741374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9133102272</w:t>
            </w:r>
          </w:p>
        </w:tc>
        <w:tc>
          <w:tcPr>
            <w:tcW w:type="dxa" w:w="1728"/>
          </w:tcPr>
          <w:p>
            <w:r>
              <w:t>مسعود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MA_shantia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93707712*9</w:t>
            </w:r>
          </w:p>
        </w:tc>
        <w:tc>
          <w:tcPr>
            <w:tcW w:type="dxa" w:w="1728"/>
          </w:tcPr>
          <w:p>
            <w:r>
              <w:t>❤F.A❤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ghazal50000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91*00*40**</w:t>
            </w:r>
          </w:p>
        </w:tc>
        <w:tc>
          <w:tcPr>
            <w:tcW w:type="dxa" w:w="1728"/>
          </w:tcPr>
          <w:p>
            <w:r>
              <w:t>M.Amin</w:t>
            </w:r>
          </w:p>
        </w:tc>
        <w:tc>
          <w:tcPr>
            <w:tcW w:type="dxa" w:w="1728"/>
          </w:tcPr>
          <w:p>
            <w:r>
              <w:t>Zandian</w:t>
            </w:r>
          </w:p>
        </w:tc>
        <w:tc>
          <w:tcPr>
            <w:tcW w:type="dxa" w:w="1728"/>
          </w:tcPr>
          <w:p>
            <w:r>
              <w:t>aminzandian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9142*2*41*</w:t>
            </w:r>
          </w:p>
        </w:tc>
        <w:tc>
          <w:tcPr>
            <w:tcW w:type="dxa" w:w="1728"/>
          </w:tcPr>
          <w:p>
            <w:r>
              <w:t>یالان دونیا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9127*4414*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9149207*99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piri🦴</w:t>
            </w:r>
          </w:p>
        </w:tc>
        <w:tc>
          <w:tcPr>
            <w:tcW w:type="dxa" w:w="1728"/>
          </w:tcPr>
          <w:p>
            <w:r>
              <w:t>MohammadPiri73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99107*4791</w:t>
            </w:r>
          </w:p>
        </w:tc>
        <w:tc>
          <w:tcPr>
            <w:tcW w:type="dxa" w:w="1728"/>
          </w:tcPr>
          <w:p>
            <w:r>
              <w:t>●▬▬๑▅▆▇█۩۩پسرم 👑سرم 😍😍😍۩۩█▇▆▅●▬▬๑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919*3*****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Alireza003612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903*029110</w:t>
            </w:r>
          </w:p>
        </w:tc>
        <w:tc>
          <w:tcPr>
            <w:tcW w:type="dxa" w:w="1728"/>
          </w:tcPr>
          <w:p>
            <w:r>
              <w:t>A.H💕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912*7*2*41</w:t>
            </w:r>
          </w:p>
        </w:tc>
        <w:tc>
          <w:tcPr>
            <w:tcW w:type="dxa" w:w="1728"/>
          </w:tcPr>
          <w:p>
            <w:r>
              <w:t>Farhadi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majid5782841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9120979*70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9191303***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mrezahdr212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913*120144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91990*0*39</w:t>
            </w:r>
          </w:p>
        </w:tc>
        <w:tc>
          <w:tcPr>
            <w:tcW w:type="dxa" w:w="1728"/>
          </w:tcPr>
          <w:p>
            <w:r>
              <w:t>masoomeh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91*4*09*72</w:t>
            </w:r>
          </w:p>
        </w:tc>
        <w:tc>
          <w:tcPr>
            <w:tcW w:type="dxa" w:w="1728"/>
          </w:tcPr>
          <w:p>
            <w:r>
              <w:t>مصطفی</w:t>
            </w:r>
          </w:p>
        </w:tc>
        <w:tc>
          <w:tcPr>
            <w:tcW w:type="dxa" w:w="1728"/>
          </w:tcPr>
          <w:p>
            <w:r>
              <w:t>زاهدی</w:t>
            </w:r>
          </w:p>
        </w:tc>
        <w:tc>
          <w:tcPr>
            <w:tcW w:type="dxa" w:w="1728"/>
          </w:tcPr>
          <w:p>
            <w:r>
              <w:t>Mzahedi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917*0*9490</w:t>
            </w:r>
          </w:p>
        </w:tc>
        <w:tc>
          <w:tcPr>
            <w:tcW w:type="dxa" w:w="1728"/>
          </w:tcPr>
          <w:p>
            <w:r>
              <w:t>Msaeed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msaeed0048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91*3714091</w:t>
            </w:r>
          </w:p>
        </w:tc>
        <w:tc>
          <w:tcPr>
            <w:tcW w:type="dxa" w:w="1728"/>
          </w:tcPr>
          <w:p>
            <w:r>
              <w:t>زندی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9332917347</w:t>
            </w:r>
          </w:p>
        </w:tc>
        <w:tc>
          <w:tcPr>
            <w:tcW w:type="dxa" w:w="1728"/>
          </w:tcPr>
          <w:p>
            <w:r>
              <w:t>M@rjan♡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9133*91449</w:t>
            </w:r>
          </w:p>
        </w:tc>
        <w:tc>
          <w:tcPr>
            <w:tcW w:type="dxa" w:w="1728"/>
          </w:tcPr>
          <w:p>
            <w:r>
              <w:t>🄰🄻🄸🅁🄴🅉🄰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Alirezanext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91020*31**</w:t>
            </w:r>
          </w:p>
        </w:tc>
        <w:tc>
          <w:tcPr>
            <w:tcW w:type="dxa" w:w="1728"/>
          </w:tcPr>
          <w:p>
            <w:r>
              <w:t>F.T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9030*0*724</w:t>
            </w:r>
          </w:p>
        </w:tc>
        <w:tc>
          <w:tcPr>
            <w:tcW w:type="dxa" w:w="1728"/>
          </w:tcPr>
          <w:p>
            <w:r>
              <w:t>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Ania010110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912**2*179</w:t>
            </w:r>
          </w:p>
        </w:tc>
        <w:tc>
          <w:tcPr>
            <w:tcW w:type="dxa" w:w="1728"/>
          </w:tcPr>
          <w:p>
            <w:r>
              <w:t>Fk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Fk68592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91420*7**0</w:t>
            </w:r>
          </w:p>
        </w:tc>
        <w:tc>
          <w:tcPr>
            <w:tcW w:type="dxa" w:w="1728"/>
          </w:tcPr>
          <w:p>
            <w:r>
              <w:t>● ▬▬๑۩๑ Aria Trade ๑۩๑▬▬ 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Ariatradefx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9011327**7</w:t>
            </w:r>
          </w:p>
        </w:tc>
        <w:tc>
          <w:tcPr>
            <w:tcW w:type="dxa" w:w="1728"/>
          </w:tcPr>
          <w:p>
            <w:r>
              <w:t>علی اصغر وابوالفضل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93*4*732*0</w:t>
            </w:r>
          </w:p>
        </w:tc>
        <w:tc>
          <w:tcPr>
            <w:tcW w:type="dxa" w:w="1728"/>
          </w:tcPr>
          <w:p>
            <w:r>
              <w:t>Liubei 刘备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BENZADOO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91*93*9*43</w:t>
            </w:r>
          </w:p>
        </w:tc>
        <w:tc>
          <w:tcPr>
            <w:tcW w:type="dxa" w:w="1728"/>
          </w:tcPr>
          <w:p>
            <w:r>
              <w:t>Export of tiles and ceramics</w:t>
            </w:r>
          </w:p>
        </w:tc>
        <w:tc>
          <w:tcPr>
            <w:tcW w:type="dxa" w:w="1728"/>
          </w:tcPr>
          <w:p>
            <w:r>
              <w:t>rasooole</w:t>
            </w:r>
          </w:p>
        </w:tc>
        <w:tc>
          <w:tcPr>
            <w:tcW w:type="dxa" w:w="1728"/>
          </w:tcPr>
          <w:p>
            <w:r>
              <w:t>rasule63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91*172*2*9</w:t>
            </w:r>
          </w:p>
        </w:tc>
        <w:tc>
          <w:tcPr>
            <w:tcW w:type="dxa" w:w="1728"/>
          </w:tcPr>
          <w:p>
            <w:r>
              <w:t>فروشگاه</w:t>
            </w:r>
          </w:p>
        </w:tc>
        <w:tc>
          <w:tcPr>
            <w:tcW w:type="dxa" w:w="1728"/>
          </w:tcPr>
          <w:p>
            <w:r>
              <w:t>پایونیر</w:t>
            </w:r>
          </w:p>
        </w:tc>
        <w:tc>
          <w:tcPr>
            <w:tcW w:type="dxa" w:w="1728"/>
          </w:tcPr>
          <w:p>
            <w:r>
              <w:t>Pioneerrr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93**049*94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Z09gsk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913393130*</w:t>
            </w:r>
          </w:p>
        </w:tc>
        <w:tc>
          <w:tcPr>
            <w:tcW w:type="dxa" w:w="1728"/>
          </w:tcPr>
          <w:p>
            <w:r>
              <w:t>Âłî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ali1305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9137739*9*</w:t>
            </w:r>
          </w:p>
        </w:tc>
        <w:tc>
          <w:tcPr>
            <w:tcW w:type="dxa" w:w="1728"/>
          </w:tcPr>
          <w:p>
            <w:r>
              <w:t>پژمان م</w:t>
            </w:r>
          </w:p>
        </w:tc>
        <w:tc>
          <w:tcPr>
            <w:tcW w:type="dxa" w:w="1728"/>
          </w:tcPr>
          <w:p>
            <w:r>
              <w:t>!,1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91219979**</w:t>
            </w:r>
          </w:p>
        </w:tc>
        <w:tc>
          <w:tcPr>
            <w:tcW w:type="dxa" w:w="1728"/>
          </w:tcPr>
          <w:p>
            <w:r>
              <w:t>حمیدرضا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MMHrgMM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9333222313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Liravi</w:t>
            </w:r>
          </w:p>
        </w:tc>
        <w:tc>
          <w:tcPr>
            <w:tcW w:type="dxa" w:w="1728"/>
          </w:tcPr>
          <w:p>
            <w:r>
              <w:t>Vahidliravi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93*4092724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Nishi1111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93*0229**1</w:t>
            </w:r>
          </w:p>
        </w:tc>
        <w:tc>
          <w:tcPr>
            <w:tcW w:type="dxa" w:w="1728"/>
          </w:tcPr>
          <w:p>
            <w:r>
              <w:t>💕Afshin💕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Bale23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933971273*</w:t>
            </w:r>
          </w:p>
        </w:tc>
        <w:tc>
          <w:tcPr>
            <w:tcW w:type="dxa" w:w="1728"/>
          </w:tcPr>
          <w:p>
            <w:r>
              <w:t>Dook3d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dook3d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910993*974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erfan_tak_qa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933*232*40</w:t>
            </w:r>
          </w:p>
        </w:tc>
        <w:tc>
          <w:tcPr>
            <w:tcW w:type="dxa" w:w="1728"/>
          </w:tcPr>
          <w:p>
            <w:r>
              <w:t>الهام</w:t>
            </w:r>
          </w:p>
        </w:tc>
        <w:tc>
          <w:tcPr>
            <w:tcW w:type="dxa" w:w="1728"/>
          </w:tcPr>
          <w:p>
            <w:r>
              <w:t>نجار</w:t>
            </w:r>
          </w:p>
        </w:tc>
        <w:tc>
          <w:tcPr>
            <w:tcW w:type="dxa" w:w="1728"/>
          </w:tcPr>
          <w:p>
            <w:r>
              <w:t>Elinajar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933*97**04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9307***004</w:t>
            </w:r>
          </w:p>
        </w:tc>
        <w:tc>
          <w:tcPr>
            <w:tcW w:type="dxa" w:w="1728"/>
          </w:tcPr>
          <w:p>
            <w:r>
              <w:t>Kashani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abdollakashani85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91*0*0****</w:t>
            </w:r>
          </w:p>
        </w:tc>
        <w:tc>
          <w:tcPr>
            <w:tcW w:type="dxa" w:w="1728"/>
          </w:tcPr>
          <w:p>
            <w:r>
              <w:t>God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937*99*377</w:t>
            </w:r>
          </w:p>
        </w:tc>
        <w:tc>
          <w:tcPr>
            <w:tcW w:type="dxa" w:w="1728"/>
          </w:tcPr>
          <w:p>
            <w:r>
              <w:t>Ali 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Alimoradi_2236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919271*409</w:t>
            </w:r>
          </w:p>
        </w:tc>
        <w:tc>
          <w:tcPr>
            <w:tcW w:type="dxa" w:w="1728"/>
          </w:tcPr>
          <w:p>
            <w:r>
              <w:t>abdollah</w:t>
            </w:r>
          </w:p>
        </w:tc>
        <w:tc>
          <w:tcPr>
            <w:tcW w:type="dxa" w:w="1728"/>
          </w:tcPr>
          <w:p>
            <w:r>
              <w:t>delshad</w:t>
            </w:r>
          </w:p>
        </w:tc>
        <w:tc>
          <w:tcPr>
            <w:tcW w:type="dxa" w:w="1728"/>
          </w:tcPr>
          <w:p>
            <w:r>
              <w:t>delshad54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91*909*99*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93*7*7910*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Armin_najafiy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9193*71*94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Cheravi</w:t>
            </w:r>
          </w:p>
        </w:tc>
        <w:tc>
          <w:tcPr>
            <w:tcW w:type="dxa" w:w="1728"/>
          </w:tcPr>
          <w:p>
            <w:r>
              <w:t>Hasan_cheravi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93**007**7</w:t>
            </w:r>
          </w:p>
        </w:tc>
        <w:tc>
          <w:tcPr>
            <w:tcW w:type="dxa" w:w="1728"/>
          </w:tcPr>
          <w:p>
            <w:r>
              <w:t>🌺A*gh*y*Z🌺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93**93***9</w:t>
            </w:r>
          </w:p>
        </w:tc>
        <w:tc>
          <w:tcPr>
            <w:tcW w:type="dxa" w:w="1728"/>
          </w:tcPr>
          <w:p>
            <w:r>
              <w:t>(.Ali.)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921*1099*1</w:t>
            </w:r>
          </w:p>
        </w:tc>
        <w:tc>
          <w:tcPr>
            <w:tcW w:type="dxa" w:w="1728"/>
          </w:tcPr>
          <w:p>
            <w:r>
              <w:t>Deleted</w:t>
            </w:r>
          </w:p>
        </w:tc>
        <w:tc>
          <w:tcPr>
            <w:tcW w:type="dxa" w:w="1728"/>
          </w:tcPr>
          <w:p>
            <w:r>
              <w:t>Account</w:t>
            </w:r>
          </w:p>
        </w:tc>
        <w:tc>
          <w:tcPr>
            <w:tcW w:type="dxa" w:w="1728"/>
          </w:tcPr>
          <w:p>
            <w:r>
              <w:t>habkan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91****4744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9023279110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رضوانی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91201204**</w:t>
            </w:r>
          </w:p>
        </w:tc>
        <w:tc>
          <w:tcPr>
            <w:tcW w:type="dxa" w:w="1728"/>
          </w:tcPr>
          <w:p>
            <w:r>
              <w:t>Chashm Andaz Sanat International Co</w:t>
            </w:r>
          </w:p>
        </w:tc>
        <w:tc>
          <w:tcPr>
            <w:tcW w:type="dxa" w:w="1728"/>
          </w:tcPr>
          <w:p>
            <w:r>
              <w:t>چشم انداز صنعت بین الملل www.iioco.co</w:t>
            </w:r>
          </w:p>
        </w:tc>
        <w:tc>
          <w:tcPr>
            <w:tcW w:type="dxa" w:w="1728"/>
          </w:tcPr>
          <w:p>
            <w:r>
              <w:t>iioco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91*4*00*30</w:t>
            </w:r>
          </w:p>
        </w:tc>
        <w:tc>
          <w:tcPr>
            <w:tcW w:type="dxa" w:w="1728"/>
          </w:tcPr>
          <w:p>
            <w:r>
              <w:t>Hamed Robubiat</w:t>
            </w:r>
          </w:p>
        </w:tc>
        <w:tc>
          <w:tcPr>
            <w:tcW w:type="dxa" w:w="1728"/>
          </w:tcPr>
          <w:p>
            <w:r>
              <w:t>( Export.Co )</w:t>
            </w:r>
          </w:p>
        </w:tc>
        <w:tc>
          <w:tcPr>
            <w:tcW w:type="dxa" w:w="1728"/>
          </w:tcPr>
          <w:p>
            <w:r>
              <w:t>Hm3DR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91472*0042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Jolaei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93**0*4*22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Shayan922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90271*7442</w:t>
            </w:r>
          </w:p>
        </w:tc>
        <w:tc>
          <w:tcPr>
            <w:tcW w:type="dxa" w:w="1728"/>
          </w:tcPr>
          <w:p>
            <w:r>
              <w:t>نانا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Nana_91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93*0*2*4*0</w:t>
            </w:r>
          </w:p>
        </w:tc>
        <w:tc>
          <w:tcPr>
            <w:tcW w:type="dxa" w:w="1728"/>
          </w:tcPr>
          <w:p>
            <w:r>
              <w:t>Peyman Yousefi,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PeyYou1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930994*00*</w:t>
            </w:r>
          </w:p>
        </w:tc>
        <w:tc>
          <w:tcPr>
            <w:tcW w:type="dxa" w:w="1728"/>
          </w:tcPr>
          <w:p>
            <w:r>
              <w:t>کیوان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Key1shAw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912***020*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93723*4*7*</w:t>
            </w:r>
          </w:p>
        </w:tc>
        <w:tc>
          <w:tcPr>
            <w:tcW w:type="dxa" w:w="1728"/>
          </w:tcPr>
          <w:p>
            <w:r>
              <w:t>Malihe</w:t>
            </w:r>
          </w:p>
        </w:tc>
        <w:tc>
          <w:tcPr>
            <w:tcW w:type="dxa" w:w="1728"/>
          </w:tcPr>
          <w:p>
            <w:r>
              <w:t>.b</w:t>
            </w:r>
          </w:p>
        </w:tc>
        <w:tc>
          <w:tcPr>
            <w:tcW w:type="dxa" w:w="1728"/>
          </w:tcPr>
          <w:p>
            <w:r>
              <w:t>Malihebolhasani1999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9143*3*30*</w:t>
            </w:r>
          </w:p>
        </w:tc>
        <w:tc>
          <w:tcPr>
            <w:tcW w:type="dxa" w:w="1728"/>
          </w:tcPr>
          <w:p>
            <w:r>
              <w:t>Alipoor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alirezaalipoor20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  <w:tr>
        <w:tc>
          <w:tcPr>
            <w:tcW w:type="dxa" w:w="1728"/>
          </w:tcPr>
          <w:p>
            <w:r>
              <w:t>93*390742*</w:t>
            </w:r>
          </w:p>
        </w:tc>
        <w:tc>
          <w:tcPr>
            <w:tcW w:type="dxa" w:w="1728"/>
          </w:tcPr>
          <w:p>
            <w:r>
              <w:t>🌸interior designer🌸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afraz_z73</w:t>
            </w:r>
          </w:p>
        </w:tc>
        <w:tc>
          <w:tcPr>
            <w:tcW w:type="dxa" w:w="1728"/>
          </w:tcPr>
          <w:p>
            <w:r>
              <w:t>🇮🇷 IRimpex | گروه عمومی صادرات و واردات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 IRimpex | گروه عمومی صادرات و واردات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